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RFP</w:t>
        <w:br/>
        <w:t>response template</w:t>
      </w:r>
    </w:p>
    <w:p>
      <w:r>
        <w:t>A working outline for your next proposal. Adapt every section to the solicitation before drafting.</w:t>
      </w:r>
    </w:p>
    <w:p>
      <w:pPr>
        <w:pStyle w:val="Heading2"/>
      </w:pPr>
      <w:r>
        <w:t>Read this before using the document</w:t>
      </w:r>
    </w:p>
    <w:p>
      <w:r>
        <w:t>The owner’s instructions, required forms, evaluation criteria, amendments and page limits take priority over this outline. Rename and reorder sections to match those documents. Keep separate technical and price volumes where required.</w:t>
      </w:r>
    </w:p>
    <w:p>
      <w:r>
        <w:t>Replace bracketed fields with facts your company has approved. Remove all writing prompts, blank rows and internal checklists from the submission unless requested. Do not leave unresolved assumptions in a released proposal.</w:t>
      </w:r>
    </w:p>
    <w:p>
      <w:pPr>
        <w:pStyle w:val="Heading2"/>
      </w:pPr>
      <w:r>
        <w:t>Opportunity brief — internal working page</w:t>
      </w:r>
    </w:p>
    <w:tbl>
      <w:tblPr>
        <w:tblStyle w:val="LightShading-Accent1"/>
        <w:tblW w:type="auto" w:w="0"/>
        <w:tblLook w:firstColumn="1" w:firstRow="1" w:lastColumn="0" w:lastRow="0" w:noHBand="0" w:noVBand="1" w:val="04A0"/>
      </w:tblPr>
      <w:tblGrid>
        <w:gridCol w:w="5040"/>
        <w:gridCol w:w="5040"/>
      </w:tblGrid>
      <w:tr>
        <w:tc>
          <w:tcPr>
            <w:tcW w:type="dxa" w:w="5040"/>
          </w:tcPr>
          <w:p>
            <w:pPr>
              <w:spacing w:after="80"/>
            </w:pPr>
            <w:r>
              <w:t>Field</w:t>
            </w:r>
          </w:p>
        </w:tc>
        <w:tc>
          <w:tcPr>
            <w:tcW w:type="dxa" w:w="5040"/>
          </w:tcPr>
          <w:p>
            <w:pPr>
              <w:spacing w:after="80"/>
            </w:pPr>
            <w:r>
              <w:t>Your project</w:t>
            </w:r>
          </w:p>
        </w:tc>
      </w:tr>
      <w:tr>
        <w:tc>
          <w:tcPr>
            <w:tcW w:type="dxa" w:w="5040"/>
          </w:tcPr>
          <w:p>
            <w:pPr>
              <w:spacing w:after="80"/>
            </w:pPr>
            <w:r>
              <w:t>Owner / project</w:t>
            </w:r>
          </w:p>
        </w:tc>
        <w:tc>
          <w:tcPr>
            <w:tcW w:type="dxa" w:w="5040"/>
          </w:tcPr>
          <w:p>
            <w:pPr>
              <w:spacing w:after="80"/>
            </w:pPr>
            <w:r>
              <w:t>[Owner and project name]</w:t>
            </w:r>
          </w:p>
        </w:tc>
      </w:tr>
      <w:tr>
        <w:tc>
          <w:tcPr>
            <w:tcW w:type="dxa" w:w="5040"/>
          </w:tcPr>
          <w:p>
            <w:pPr>
              <w:spacing w:after="80"/>
            </w:pPr>
            <w:r>
              <w:t>Solicitation / latest amendment</w:t>
            </w:r>
          </w:p>
        </w:tc>
        <w:tc>
          <w:tcPr>
            <w:tcW w:type="dxa" w:w="5040"/>
          </w:tcPr>
          <w:p>
            <w:pPr>
              <w:spacing w:after="80"/>
            </w:pPr>
            <w:r>
              <w:t>[Reference and revision]</w:t>
            </w:r>
          </w:p>
        </w:tc>
      </w:tr>
      <w:tr>
        <w:tc>
          <w:tcPr>
            <w:tcW w:type="dxa" w:w="5040"/>
          </w:tcPr>
          <w:p>
            <w:pPr>
              <w:spacing w:after="80"/>
            </w:pPr>
            <w:r>
              <w:t>Submission deadline / time zone</w:t>
            </w:r>
          </w:p>
        </w:tc>
        <w:tc>
          <w:tcPr>
            <w:tcW w:type="dxa" w:w="5040"/>
          </w:tcPr>
          <w:p>
            <w:pPr>
              <w:spacing w:after="80"/>
            </w:pPr>
            <w:r>
              <w:t>[Date, time and time zone]</w:t>
            </w:r>
          </w:p>
        </w:tc>
      </w:tr>
      <w:tr>
        <w:tc>
          <w:tcPr>
            <w:tcW w:type="dxa" w:w="5040"/>
          </w:tcPr>
          <w:p>
            <w:pPr>
              <w:spacing w:after="80"/>
            </w:pPr>
            <w:r>
              <w:t>Internal approval deadline</w:t>
            </w:r>
          </w:p>
        </w:tc>
        <w:tc>
          <w:tcPr>
            <w:tcW w:type="dxa" w:w="5040"/>
          </w:tcPr>
          <w:p>
            <w:pPr>
              <w:spacing w:after="80"/>
            </w:pPr>
            <w:r>
              <w:t>[Date and time]</w:t>
            </w:r>
          </w:p>
        </w:tc>
      </w:tr>
      <w:tr>
        <w:tc>
          <w:tcPr>
            <w:tcW w:type="dxa" w:w="5040"/>
          </w:tcPr>
          <w:p>
            <w:pPr>
              <w:spacing w:after="80"/>
            </w:pPr>
            <w:r>
              <w:t>Response format / page limit</w:t>
            </w:r>
          </w:p>
        </w:tc>
        <w:tc>
          <w:tcPr>
            <w:tcW w:type="dxa" w:w="5040"/>
          </w:tcPr>
          <w:p>
            <w:pPr>
              <w:spacing w:after="80"/>
            </w:pPr>
            <w:r>
              <w:t>[Required files, volumes and limits]</w:t>
            </w:r>
          </w:p>
        </w:tc>
      </w:tr>
      <w:tr>
        <w:tc>
          <w:tcPr>
            <w:tcW w:type="dxa" w:w="5040"/>
          </w:tcPr>
          <w:p>
            <w:pPr>
              <w:spacing w:after="80"/>
            </w:pPr>
            <w:r>
              <w:t>Submission method</w:t>
            </w:r>
          </w:p>
        </w:tc>
        <w:tc>
          <w:tcPr>
            <w:tcW w:type="dxa" w:w="5040"/>
          </w:tcPr>
          <w:p>
            <w:pPr>
              <w:spacing w:after="80"/>
            </w:pPr>
            <w:r>
              <w:t>[Portal or delivery instructions]</w:t>
            </w:r>
          </w:p>
        </w:tc>
      </w:tr>
      <w:tr>
        <w:tc>
          <w:tcPr>
            <w:tcW w:type="dxa" w:w="5040"/>
          </w:tcPr>
          <w:p>
            <w:pPr>
              <w:spacing w:after="80"/>
            </w:pPr>
            <w:r>
              <w:t>Company approver / submitter</w:t>
            </w:r>
          </w:p>
        </w:tc>
        <w:tc>
          <w:tcPr>
            <w:tcW w:type="dxa" w:w="5040"/>
          </w:tcPr>
          <w:p>
            <w:pPr>
              <w:spacing w:after="80"/>
            </w:pPr>
            <w:r>
              <w:t>[Authorized people and roles]</w:t>
            </w:r>
          </w:p>
        </w:tc>
      </w:tr>
      <w:tr>
        <w:tc>
          <w:tcPr>
            <w:tcW w:type="dxa" w:w="5040"/>
          </w:tcPr>
          <w:p>
            <w:pPr>
              <w:spacing w:after="80"/>
            </w:pPr>
            <w:r>
              <w:t>Proposal coordinator</w:t>
            </w:r>
          </w:p>
        </w:tc>
        <w:tc>
          <w:tcPr>
            <w:tcW w:type="dxa" w:w="5040"/>
          </w:tcPr>
          <w:p>
            <w:pPr>
              <w:spacing w:after="80"/>
            </w:pPr>
            <w:r>
              <w:t>[Name and contact route]</w:t>
            </w:r>
          </w:p>
        </w:tc>
      </w:tr>
    </w:tbl>
    <w:p>
      <w:pPr>
        <w:pStyle w:val="Heading2"/>
      </w:pPr>
      <w:r>
        <w:t>Use with the guide</w:t>
      </w:r>
    </w:p>
    <w:p>
      <w:r>
        <w:t>https://bidmere.com/blog/construction-rfp-response-template/</w:t>
      </w:r>
    </w:p>
    <w:p>
      <w:r>
        <w:t>For federal solicitations using the Uniform Contract Format, see FAR 15.204-5 for Sections L and M. Always check the actual solicitation: https://www.acquisition.gov/far/15.204-5</w:t>
      </w:r>
    </w:p>
    <w:p>
      <w:r>
        <w:br w:type="page"/>
      </w:r>
    </w:p>
    <w:p>
      <w:pPr>
        <w:pStyle w:val="Heading1"/>
      </w:pPr>
      <w:r>
        <w:t>01 / Requirements and responsibilities</w:t>
      </w:r>
    </w:p>
    <w:p>
      <w:r>
        <w:t>Internal working page. Transfer each instruction and required attachment into the tracker. Use one row per requirement; add rows as needed.</w:t>
      </w:r>
    </w:p>
    <w:tbl>
      <w:tblPr>
        <w:tblStyle w:val="LightShading-Accent1"/>
        <w:tblW w:type="auto" w:w="0"/>
        <w:tblLook w:firstColumn="1" w:firstRow="1" w:lastColumn="0" w:lastRow="0" w:noHBand="0" w:noVBand="1" w:val="04A0"/>
      </w:tblPr>
      <w:tblGrid>
        <w:gridCol w:w="2520"/>
        <w:gridCol w:w="2520"/>
        <w:gridCol w:w="2520"/>
        <w:gridCol w:w="2520"/>
      </w:tblGrid>
      <w:tr>
        <w:tc>
          <w:tcPr>
            <w:tcW w:type="dxa" w:w="2520"/>
          </w:tcPr>
          <w:p>
            <w:pPr>
              <w:spacing w:after="80"/>
            </w:pPr>
            <w:r>
              <w:t>Requirement / reference</w:t>
            </w:r>
          </w:p>
        </w:tc>
        <w:tc>
          <w:tcPr>
            <w:tcW w:type="dxa" w:w="2520"/>
          </w:tcPr>
          <w:p>
            <w:pPr>
              <w:spacing w:after="80"/>
            </w:pPr>
            <w:r>
              <w:t>Response location</w:t>
            </w:r>
          </w:p>
        </w:tc>
        <w:tc>
          <w:tcPr>
            <w:tcW w:type="dxa" w:w="2520"/>
          </w:tcPr>
          <w:p>
            <w:pPr>
              <w:spacing w:after="80"/>
            </w:pPr>
            <w:r>
              <w:t>Owner / due date</w:t>
            </w:r>
          </w:p>
        </w:tc>
        <w:tc>
          <w:tcPr>
            <w:tcW w:type="dxa" w:w="2520"/>
          </w:tcPr>
          <w:p>
            <w:pPr>
              <w:spacing w:after="80"/>
            </w:pPr>
            <w:r>
              <w:t>Status</w:t>
            </w:r>
          </w:p>
        </w:tc>
      </w:tr>
      <w:tr>
        <w:tc>
          <w:tcPr>
            <w:tcW w:type="dxa" w:w="2520"/>
          </w:tcPr>
          <w:p>
            <w:pPr>
              <w:spacing w:after="80"/>
            </w:pPr>
            <w:r>
              <w:t>[Exact requirement and document section]</w:t>
            </w:r>
          </w:p>
        </w:tc>
        <w:tc>
          <w:tcPr>
            <w:tcW w:type="dxa" w:w="2520"/>
          </w:tcPr>
          <w:p>
            <w:pPr>
              <w:spacing w:after="80"/>
            </w:pPr>
            <w:r>
              <w:t>[Section or attachment]</w:t>
            </w:r>
          </w:p>
        </w:tc>
        <w:tc>
          <w:tcPr>
            <w:tcW w:type="dxa" w:w="2520"/>
          </w:tcPr>
          <w:p>
            <w:pPr>
              <w:spacing w:after="80"/>
            </w:pPr>
            <w:r>
              <w:t>[Person / date]</w:t>
            </w:r>
          </w:p>
        </w:tc>
        <w:tc>
          <w:tcPr>
            <w:tcW w:type="dxa" w:w="2520"/>
          </w:tcPr>
          <w:p>
            <w:pPr>
              <w:spacing w:after="80"/>
            </w:pPr>
            <w:r>
              <w:t>[Open / review / approved]</w:t>
            </w:r>
          </w:p>
        </w:tc>
      </w:tr>
      <w:tr>
        <w:tc>
          <w:tcPr>
            <w:tcW w:type="dxa" w:w="2520"/>
          </w:tcPr>
          <w:p>
            <w:pPr>
              <w:spacing w:after="80"/>
            </w:pPr>
            <w:r>
              <w:t>[Exact requirement and document section]</w:t>
            </w:r>
          </w:p>
        </w:tc>
        <w:tc>
          <w:tcPr>
            <w:tcW w:type="dxa" w:w="2520"/>
          </w:tcPr>
          <w:p>
            <w:pPr>
              <w:spacing w:after="80"/>
            </w:pPr>
            <w:r>
              <w:t>[Section or attachment]</w:t>
            </w:r>
          </w:p>
        </w:tc>
        <w:tc>
          <w:tcPr>
            <w:tcW w:type="dxa" w:w="2520"/>
          </w:tcPr>
          <w:p>
            <w:pPr>
              <w:spacing w:after="80"/>
            </w:pPr>
            <w:r>
              <w:t>[Person / date]</w:t>
            </w:r>
          </w:p>
        </w:tc>
        <w:tc>
          <w:tcPr>
            <w:tcW w:type="dxa" w:w="2520"/>
          </w:tcPr>
          <w:p>
            <w:pPr>
              <w:spacing w:after="80"/>
            </w:pPr>
            <w:r>
              <w:t>[Open / review / approved]</w:t>
            </w:r>
          </w:p>
        </w:tc>
      </w:tr>
      <w:tr>
        <w:tc>
          <w:tcPr>
            <w:tcW w:type="dxa" w:w="2520"/>
          </w:tcPr>
          <w:p>
            <w:pPr>
              <w:spacing w:after="80"/>
            </w:pPr>
            <w:r>
              <w:t>[Exact requirement and document section]</w:t>
            </w:r>
          </w:p>
        </w:tc>
        <w:tc>
          <w:tcPr>
            <w:tcW w:type="dxa" w:w="2520"/>
          </w:tcPr>
          <w:p>
            <w:pPr>
              <w:spacing w:after="80"/>
            </w:pPr>
            <w:r>
              <w:t>[Section or attachment]</w:t>
            </w:r>
          </w:p>
        </w:tc>
        <w:tc>
          <w:tcPr>
            <w:tcW w:type="dxa" w:w="2520"/>
          </w:tcPr>
          <w:p>
            <w:pPr>
              <w:spacing w:after="80"/>
            </w:pPr>
            <w:r>
              <w:t>[Person / date]</w:t>
            </w:r>
          </w:p>
        </w:tc>
        <w:tc>
          <w:tcPr>
            <w:tcW w:type="dxa" w:w="2520"/>
          </w:tcPr>
          <w:p>
            <w:pPr>
              <w:spacing w:after="80"/>
            </w:pPr>
            <w:r>
              <w:t>[Open / review / approved]</w:t>
            </w:r>
          </w:p>
        </w:tc>
      </w:tr>
      <w:tr>
        <w:tc>
          <w:tcPr>
            <w:tcW w:type="dxa" w:w="2520"/>
          </w:tcPr>
          <w:p>
            <w:pPr>
              <w:spacing w:after="80"/>
            </w:pPr>
            <w:r>
              <w:t>[Exact requirement and document section]</w:t>
            </w:r>
          </w:p>
        </w:tc>
        <w:tc>
          <w:tcPr>
            <w:tcW w:type="dxa" w:w="2520"/>
          </w:tcPr>
          <w:p>
            <w:pPr>
              <w:spacing w:after="80"/>
            </w:pPr>
            <w:r>
              <w:t>[Section or attachment]</w:t>
            </w:r>
          </w:p>
        </w:tc>
        <w:tc>
          <w:tcPr>
            <w:tcW w:type="dxa" w:w="2520"/>
          </w:tcPr>
          <w:p>
            <w:pPr>
              <w:spacing w:after="80"/>
            </w:pPr>
            <w:r>
              <w:t>[Person / date]</w:t>
            </w:r>
          </w:p>
        </w:tc>
        <w:tc>
          <w:tcPr>
            <w:tcW w:type="dxa" w:w="2520"/>
          </w:tcPr>
          <w:p>
            <w:pPr>
              <w:spacing w:after="80"/>
            </w:pPr>
            <w:r>
              <w:t>[Open / review / approved]</w:t>
            </w:r>
          </w:p>
        </w:tc>
      </w:tr>
      <w:tr>
        <w:tc>
          <w:tcPr>
            <w:tcW w:type="dxa" w:w="2520"/>
          </w:tcPr>
          <w:p>
            <w:pPr>
              <w:spacing w:after="80"/>
            </w:pPr>
            <w:r>
              <w:t>[Exact requirement and document section]</w:t>
            </w:r>
          </w:p>
        </w:tc>
        <w:tc>
          <w:tcPr>
            <w:tcW w:type="dxa" w:w="2520"/>
          </w:tcPr>
          <w:p>
            <w:pPr>
              <w:spacing w:after="80"/>
            </w:pPr>
            <w:r>
              <w:t>[Section or attachment]</w:t>
            </w:r>
          </w:p>
        </w:tc>
        <w:tc>
          <w:tcPr>
            <w:tcW w:type="dxa" w:w="2520"/>
          </w:tcPr>
          <w:p>
            <w:pPr>
              <w:spacing w:after="80"/>
            </w:pPr>
            <w:r>
              <w:t>[Person / date]</w:t>
            </w:r>
          </w:p>
        </w:tc>
        <w:tc>
          <w:tcPr>
            <w:tcW w:type="dxa" w:w="2520"/>
          </w:tcPr>
          <w:p>
            <w:pPr>
              <w:spacing w:after="80"/>
            </w:pPr>
            <w:r>
              <w:t>[Open / review / approved]</w:t>
            </w:r>
          </w:p>
        </w:tc>
      </w:tr>
    </w:tbl>
    <w:p>
      <w:pPr>
        <w:pStyle w:val="Heading2"/>
      </w:pPr>
      <w:r>
        <w:t>Agree the scope</w:t>
      </w:r>
    </w:p>
    <w:tbl>
      <w:tblPr>
        <w:tblStyle w:val="LightShading-Accent1"/>
        <w:tblW w:type="auto" w:w="0"/>
        <w:tblLook w:firstColumn="1" w:firstRow="1" w:lastColumn="0" w:lastRow="0" w:noHBand="0" w:noVBand="1" w:val="04A0"/>
      </w:tblPr>
      <w:tblGrid>
        <w:gridCol w:w="5040"/>
        <w:gridCol w:w="5040"/>
      </w:tblGrid>
      <w:tr>
        <w:tc>
          <w:tcPr>
            <w:tcW w:type="dxa" w:w="5040"/>
          </w:tcPr>
          <w:p>
            <w:pPr>
              <w:spacing w:after="80"/>
            </w:pPr>
            <w:r>
              <w:t>Task</w:t>
            </w:r>
          </w:p>
        </w:tc>
        <w:tc>
          <w:tcPr>
            <w:tcW w:type="dxa" w:w="5040"/>
          </w:tcPr>
          <w:p>
            <w:pPr>
              <w:spacing w:after="80"/>
            </w:pPr>
            <w:r>
              <w:t>Responsible person / deliverable</w:t>
            </w:r>
          </w:p>
        </w:tc>
      </w:tr>
      <w:tr>
        <w:tc>
          <w:tcPr>
            <w:tcW w:type="dxa" w:w="5040"/>
          </w:tcPr>
          <w:p>
            <w:pPr>
              <w:spacing w:after="80"/>
            </w:pPr>
            <w:r>
              <w:t>Proposal narratives</w:t>
            </w:r>
          </w:p>
        </w:tc>
        <w:tc>
          <w:tcPr>
            <w:tcW w:type="dxa" w:w="5040"/>
          </w:tcPr>
          <w:p>
            <w:pPr>
              <w:spacing w:after="80"/>
            </w:pPr>
            <w:r>
              <w:t>[Writer, agreed sections and file format]</w:t>
            </w:r>
          </w:p>
        </w:tc>
      </w:tr>
      <w:tr>
        <w:tc>
          <w:tcPr>
            <w:tcW w:type="dxa" w:w="5040"/>
          </w:tcPr>
          <w:p>
            <w:pPr>
              <w:spacing w:after="80"/>
            </w:pPr>
            <w:r>
              <w:t>Technical approach</w:t>
            </w:r>
          </w:p>
        </w:tc>
        <w:tc>
          <w:tcPr>
            <w:tcW w:type="dxa" w:w="5040"/>
          </w:tcPr>
          <w:p>
            <w:pPr>
              <w:spacing w:after="80"/>
            </w:pPr>
            <w:r>
              <w:t>[Operations approver and source material]</w:t>
            </w:r>
          </w:p>
        </w:tc>
      </w:tr>
      <w:tr>
        <w:tc>
          <w:tcPr>
            <w:tcW w:type="dxa" w:w="5040"/>
          </w:tcPr>
          <w:p>
            <w:pPr>
              <w:spacing w:after="80"/>
            </w:pPr>
            <w:r>
              <w:t>Estimating / final bid amount</w:t>
            </w:r>
          </w:p>
        </w:tc>
        <w:tc>
          <w:tcPr>
            <w:tcW w:type="dxa" w:w="5040"/>
          </w:tcPr>
          <w:p>
            <w:pPr>
              <w:spacing w:after="80"/>
            </w:pPr>
            <w:r>
              <w:t>[Estimator and commercial approver]</w:t>
            </w:r>
          </w:p>
        </w:tc>
      </w:tr>
      <w:tr>
        <w:tc>
          <w:tcPr>
            <w:tcW w:type="dxa" w:w="5040"/>
          </w:tcPr>
          <w:p>
            <w:pPr>
              <w:spacing w:after="80"/>
            </w:pPr>
            <w:r>
              <w:t>Project records / resumes</w:t>
            </w:r>
          </w:p>
        </w:tc>
        <w:tc>
          <w:tcPr>
            <w:tcW w:type="dxa" w:w="5040"/>
          </w:tcPr>
          <w:p>
            <w:pPr>
              <w:spacing w:after="80"/>
            </w:pPr>
            <w:r>
              <w:t>[Record owner and approval deadline]</w:t>
            </w:r>
          </w:p>
        </w:tc>
      </w:tr>
      <w:tr>
        <w:tc>
          <w:tcPr>
            <w:tcW w:type="dxa" w:w="5040"/>
          </w:tcPr>
          <w:p>
            <w:pPr>
              <w:spacing w:after="80"/>
            </w:pPr>
            <w:r>
              <w:t>Required forms / signatures</w:t>
            </w:r>
          </w:p>
        </w:tc>
        <w:tc>
          <w:tcPr>
            <w:tcW w:type="dxa" w:w="5040"/>
          </w:tcPr>
          <w:p>
            <w:pPr>
              <w:spacing w:after="80"/>
            </w:pPr>
            <w:r>
              <w:t>[Form owner and authorized signatory]</w:t>
            </w:r>
          </w:p>
        </w:tc>
      </w:tr>
      <w:tr>
        <w:tc>
          <w:tcPr>
            <w:tcW w:type="dxa" w:w="5040"/>
          </w:tcPr>
          <w:p>
            <w:pPr>
              <w:spacing w:after="80"/>
            </w:pPr>
            <w:r>
              <w:t>Final check / submission</w:t>
            </w:r>
          </w:p>
        </w:tc>
        <w:tc>
          <w:tcPr>
            <w:tcW w:type="dxa" w:w="5040"/>
          </w:tcPr>
          <w:p>
            <w:pPr>
              <w:spacing w:after="80"/>
            </w:pPr>
            <w:r>
              <w:t>[Reviewer, submitter and deadline]</w:t>
            </w:r>
          </w:p>
        </w:tc>
      </w:tr>
    </w:tbl>
    <w:p>
      <w:pPr>
        <w:pStyle w:val="Heading2"/>
      </w:pPr>
      <w:r>
        <w:t>Open decisions</w:t>
      </w:r>
    </w:p>
    <w:p>
      <w:r>
        <w:t>[List the decision, owner, supporting information needed and resolution date. Resolve these before final approval.]</w:t>
      </w:r>
    </w:p>
    <w:p>
      <w:r>
        <w:br w:type="page"/>
      </w:r>
    </w:p>
    <w:p>
      <w:pPr>
        <w:pStyle w:val="Heading1"/>
      </w:pPr>
      <w:r>
        <w:t>02 / Proposal narrative</w:t>
      </w:r>
    </w:p>
    <w:p>
      <w:r>
        <w:t>Move these sections into the owner’s required order. Allocate space according to the stated criteria and page limits.</w:t>
      </w:r>
    </w:p>
    <w:p>
      <w:pPr>
        <w:pStyle w:val="Heading2"/>
      </w:pPr>
      <w:r>
        <w:t>Executive summary</w:t>
      </w:r>
    </w:p>
    <w:p>
      <w:r>
        <w:t>[Identify the project and the owner’s stated priorities. Explain your proposed approach and point to the facts supporting it. Keep every promise consistent with the approved delivery plan and commercial response.]</w:t>
      </w:r>
    </w:p>
    <w:p>
      <w:pPr>
        <w:pStyle w:val="Heading2"/>
      </w:pPr>
      <w:r>
        <w:t>Understanding of the project</w:t>
      </w:r>
    </w:p>
    <w:p>
      <w:r>
        <w:t>[Summarize the scope, confirmed constraints, key interfaces and required outcomes. Cite the source of each material project fact. Do not invent constraints or repeat unsupported assumptions.]</w:t>
      </w:r>
    </w:p>
    <w:p>
      <w:pPr>
        <w:pStyle w:val="Heading2"/>
      </w:pPr>
      <w:r>
        <w:t>Delivery approach</w:t>
      </w:r>
    </w:p>
    <w:tbl>
      <w:tblPr>
        <w:tblStyle w:val="LightShading-Accent1"/>
        <w:tblW w:type="auto" w:w="0"/>
        <w:tblLook w:firstColumn="1" w:firstRow="1" w:lastColumn="0" w:lastRow="0" w:noHBand="0" w:noVBand="1" w:val="04A0"/>
      </w:tblPr>
      <w:tblGrid>
        <w:gridCol w:w="5040"/>
        <w:gridCol w:w="5040"/>
      </w:tblGrid>
      <w:tr>
        <w:tc>
          <w:tcPr>
            <w:tcW w:type="dxa" w:w="5040"/>
          </w:tcPr>
          <w:p>
            <w:pPr>
              <w:spacing w:after="80"/>
            </w:pPr>
            <w:r>
              <w:t>Topic requested by the owner</w:t>
            </w:r>
          </w:p>
        </w:tc>
        <w:tc>
          <w:tcPr>
            <w:tcW w:type="dxa" w:w="5040"/>
          </w:tcPr>
          <w:p>
            <w:pPr>
              <w:spacing w:after="80"/>
            </w:pPr>
            <w:r>
              <w:t>Your approved response</w:t>
            </w:r>
          </w:p>
        </w:tc>
      </w:tr>
      <w:tr>
        <w:tc>
          <w:tcPr>
            <w:tcW w:type="dxa" w:w="5040"/>
          </w:tcPr>
          <w:p>
            <w:pPr>
              <w:spacing w:after="80"/>
            </w:pPr>
            <w:r>
              <w:t>Sequence / phasing</w:t>
            </w:r>
          </w:p>
        </w:tc>
        <w:tc>
          <w:tcPr>
            <w:tcW w:type="dxa" w:w="5040"/>
          </w:tcPr>
          <w:p>
            <w:pPr>
              <w:spacing w:after="80"/>
            </w:pPr>
            <w:r>
              <w:t>[Actions, milestones and responsible roles]</w:t>
            </w:r>
          </w:p>
        </w:tc>
      </w:tr>
      <w:tr>
        <w:tc>
          <w:tcPr>
            <w:tcW w:type="dxa" w:w="5040"/>
          </w:tcPr>
          <w:p>
            <w:pPr>
              <w:spacing w:after="80"/>
            </w:pPr>
            <w:r>
              <w:t>Site access / ongoing operations</w:t>
            </w:r>
          </w:p>
        </w:tc>
        <w:tc>
          <w:tcPr>
            <w:tcW w:type="dxa" w:w="5040"/>
          </w:tcPr>
          <w:p>
            <w:pPr>
              <w:spacing w:after="80"/>
            </w:pPr>
            <w:r>
              <w:t>[Confirmed restrictions and proposed controls]</w:t>
            </w:r>
          </w:p>
        </w:tc>
      </w:tr>
      <w:tr>
        <w:tc>
          <w:tcPr>
            <w:tcW w:type="dxa" w:w="5040"/>
          </w:tcPr>
          <w:p>
            <w:pPr>
              <w:spacing w:after="80"/>
            </w:pPr>
            <w:r>
              <w:t>Procurement / coordination</w:t>
            </w:r>
          </w:p>
        </w:tc>
        <w:tc>
          <w:tcPr>
            <w:tcW w:type="dxa" w:w="5040"/>
          </w:tcPr>
          <w:p>
            <w:pPr>
              <w:spacing w:after="80"/>
            </w:pPr>
            <w:r>
              <w:t>[Dependencies and coordination responsibilities]</w:t>
            </w:r>
          </w:p>
        </w:tc>
      </w:tr>
      <w:tr>
        <w:tc>
          <w:tcPr>
            <w:tcW w:type="dxa" w:w="5040"/>
          </w:tcPr>
          <w:p>
            <w:pPr>
              <w:spacing w:after="80"/>
            </w:pPr>
            <w:r>
              <w:t>Quality / safety</w:t>
            </w:r>
          </w:p>
        </w:tc>
        <w:tc>
          <w:tcPr>
            <w:tcW w:type="dxa" w:w="5040"/>
          </w:tcPr>
          <w:p>
            <w:pPr>
              <w:spacing w:after="80"/>
            </w:pPr>
            <w:r>
              <w:t>[Project-specific process and accountable role]</w:t>
            </w:r>
          </w:p>
        </w:tc>
      </w:tr>
      <w:tr>
        <w:tc>
          <w:tcPr>
            <w:tcW w:type="dxa" w:w="5040"/>
          </w:tcPr>
          <w:p>
            <w:pPr>
              <w:spacing w:after="80"/>
            </w:pPr>
            <w:r>
              <w:t>Communication / reporting</w:t>
            </w:r>
          </w:p>
        </w:tc>
        <w:tc>
          <w:tcPr>
            <w:tcW w:type="dxa" w:w="5040"/>
          </w:tcPr>
          <w:p>
            <w:pPr>
              <w:spacing w:after="80"/>
            </w:pPr>
            <w:r>
              <w:t>[Who reports what, to whom and when]</w:t>
            </w:r>
          </w:p>
        </w:tc>
      </w:tr>
    </w:tbl>
    <w:p>
      <w:pPr>
        <w:pStyle w:val="Heading2"/>
      </w:pPr>
      <w:r>
        <w:t>Schedule and commitments</w:t>
      </w:r>
    </w:p>
    <w:p>
      <w:r>
        <w:t>[Insert the required schedule or describe the agreed schedule approach. Verify dates, staffing availability and dependencies with the responsible company reviewer. Identify any required attachment.]</w:t>
      </w:r>
    </w:p>
    <w:p>
      <w:pPr>
        <w:pStyle w:val="Heading2"/>
      </w:pPr>
      <w:r>
        <w:t>Commercial response</w:t>
      </w:r>
    </w:p>
    <w:p>
      <w:r>
        <w:t>[Use the owner’s required price forms and volume structure. Confirm the final bid amount, qualifications and exclusions with the authorized commercial approver. Remove this heading from the technical response if pricing belongs elsewhere.]</w:t>
      </w:r>
    </w:p>
    <w:p>
      <w:r>
        <w:br w:type="page"/>
      </w:r>
    </w:p>
    <w:p>
      <w:pPr>
        <w:pStyle w:val="Heading1"/>
      </w:pPr>
      <w:r>
        <w:t>03 / Team and relevant experience</w:t>
      </w:r>
    </w:p>
    <w:p>
      <w:pPr>
        <w:pStyle w:val="Heading2"/>
      </w:pPr>
      <w:r>
        <w:t>Proposed team</w:t>
      </w:r>
    </w:p>
    <w:p>
      <w:r>
        <w:t>Use only approved staff facts and confirmed assignments. Add the owner’s required resumes or forms.</w:t>
      </w:r>
    </w:p>
    <w:tbl>
      <w:tblPr>
        <w:tblStyle w:val="LightShading-Accent1"/>
        <w:tblW w:type="auto" w:w="0"/>
        <w:tblLook w:firstColumn="1" w:firstRow="1" w:lastColumn="0" w:lastRow="0" w:noHBand="0" w:noVBand="1" w:val="04A0"/>
      </w:tblPr>
      <w:tblGrid>
        <w:gridCol w:w="3360"/>
        <w:gridCol w:w="3360"/>
        <w:gridCol w:w="3360"/>
      </w:tblGrid>
      <w:tr>
        <w:tc>
          <w:tcPr>
            <w:tcW w:type="dxa" w:w="3360"/>
          </w:tcPr>
          <w:p>
            <w:pPr>
              <w:spacing w:after="80"/>
            </w:pPr>
            <w:r>
              <w:t>Name / proposed role</w:t>
            </w:r>
          </w:p>
        </w:tc>
        <w:tc>
          <w:tcPr>
            <w:tcW w:type="dxa" w:w="3360"/>
          </w:tcPr>
          <w:p>
            <w:pPr>
              <w:spacing w:after="80"/>
            </w:pPr>
            <w:r>
              <w:t>Relevant experience</w:t>
            </w:r>
          </w:p>
        </w:tc>
        <w:tc>
          <w:tcPr>
            <w:tcW w:type="dxa" w:w="3360"/>
          </w:tcPr>
          <w:p>
            <w:pPr>
              <w:spacing w:after="80"/>
            </w:pPr>
            <w:r>
              <w:t>Availability / approval</w:t>
            </w:r>
          </w:p>
        </w:tc>
      </w:tr>
      <w:tr>
        <w:tc>
          <w:tcPr>
            <w:tcW w:type="dxa" w:w="3360"/>
          </w:tcPr>
          <w:p>
            <w:pPr>
              <w:spacing w:after="80"/>
            </w:pPr>
            <w:r>
              <w:t>[Name and role]</w:t>
            </w:r>
          </w:p>
        </w:tc>
        <w:tc>
          <w:tcPr>
            <w:tcW w:type="dxa" w:w="3360"/>
          </w:tcPr>
          <w:p>
            <w:pPr>
              <w:spacing w:after="80"/>
            </w:pPr>
            <w:r>
              <w:t>[Relevant project responsibilities]</w:t>
            </w:r>
          </w:p>
        </w:tc>
        <w:tc>
          <w:tcPr>
            <w:tcW w:type="dxa" w:w="3360"/>
          </w:tcPr>
          <w:p>
            <w:pPr>
              <w:spacing w:after="80"/>
            </w:pPr>
            <w:r>
              <w:t>[Confirmed assignment and approver]</w:t>
            </w:r>
          </w:p>
        </w:tc>
      </w:tr>
      <w:tr>
        <w:tc>
          <w:tcPr>
            <w:tcW w:type="dxa" w:w="3360"/>
          </w:tcPr>
          <w:p>
            <w:pPr>
              <w:spacing w:after="80"/>
            </w:pPr>
            <w:r>
              <w:t>[Name and role]</w:t>
            </w:r>
          </w:p>
        </w:tc>
        <w:tc>
          <w:tcPr>
            <w:tcW w:type="dxa" w:w="3360"/>
          </w:tcPr>
          <w:p>
            <w:pPr>
              <w:spacing w:after="80"/>
            </w:pPr>
            <w:r>
              <w:t>[Relevant project responsibilities]</w:t>
            </w:r>
          </w:p>
        </w:tc>
        <w:tc>
          <w:tcPr>
            <w:tcW w:type="dxa" w:w="3360"/>
          </w:tcPr>
          <w:p>
            <w:pPr>
              <w:spacing w:after="80"/>
            </w:pPr>
            <w:r>
              <w:t>[Confirmed assignment and approver]</w:t>
            </w:r>
          </w:p>
        </w:tc>
      </w:tr>
      <w:tr>
        <w:tc>
          <w:tcPr>
            <w:tcW w:type="dxa" w:w="3360"/>
          </w:tcPr>
          <w:p>
            <w:pPr>
              <w:spacing w:after="80"/>
            </w:pPr>
            <w:r>
              <w:t>[Name and role]</w:t>
            </w:r>
          </w:p>
        </w:tc>
        <w:tc>
          <w:tcPr>
            <w:tcW w:type="dxa" w:w="3360"/>
          </w:tcPr>
          <w:p>
            <w:pPr>
              <w:spacing w:after="80"/>
            </w:pPr>
            <w:r>
              <w:t>[Relevant project responsibilities]</w:t>
            </w:r>
          </w:p>
        </w:tc>
        <w:tc>
          <w:tcPr>
            <w:tcW w:type="dxa" w:w="3360"/>
          </w:tcPr>
          <w:p>
            <w:pPr>
              <w:spacing w:after="80"/>
            </w:pPr>
            <w:r>
              <w:t>[Confirmed assignment and approver]</w:t>
            </w:r>
          </w:p>
        </w:tc>
      </w:tr>
    </w:tbl>
    <w:p>
      <w:pPr>
        <w:pStyle w:val="Heading2"/>
      </w:pPr>
      <w:r>
        <w:t>Relevant project record</w:t>
      </w:r>
    </w:p>
    <w:p>
      <w:r>
        <w:t>Duplicate this block for each requested project. Use the company’s actual role and approved records. Obtain permission before sharing client reference details.</w:t>
      </w:r>
    </w:p>
    <w:tbl>
      <w:tblPr>
        <w:tblStyle w:val="LightShading-Accent1"/>
        <w:tblW w:type="auto" w:w="0"/>
        <w:tblLook w:firstColumn="1" w:firstRow="1" w:lastColumn="0" w:lastRow="0" w:noHBand="0" w:noVBand="1" w:val="04A0"/>
      </w:tblPr>
      <w:tblGrid>
        <w:gridCol w:w="5040"/>
        <w:gridCol w:w="5040"/>
      </w:tblGrid>
      <w:tr>
        <w:tc>
          <w:tcPr>
            <w:tcW w:type="dxa" w:w="5040"/>
          </w:tcPr>
          <w:p>
            <w:pPr>
              <w:spacing w:after="80"/>
            </w:pPr>
            <w:r>
              <w:t>Field</w:t>
            </w:r>
          </w:p>
        </w:tc>
        <w:tc>
          <w:tcPr>
            <w:tcW w:type="dxa" w:w="5040"/>
          </w:tcPr>
          <w:p>
            <w:pPr>
              <w:spacing w:after="80"/>
            </w:pPr>
            <w:r>
              <w:t>Approved information</w:t>
            </w:r>
          </w:p>
        </w:tc>
      </w:tr>
      <w:tr>
        <w:tc>
          <w:tcPr>
            <w:tcW w:type="dxa" w:w="5040"/>
          </w:tcPr>
          <w:p>
            <w:pPr>
              <w:spacing w:after="80"/>
            </w:pPr>
            <w:r>
              <w:t>Project / owner</w:t>
            </w:r>
          </w:p>
        </w:tc>
        <w:tc>
          <w:tcPr>
            <w:tcW w:type="dxa" w:w="5040"/>
          </w:tcPr>
          <w:p>
            <w:pPr>
              <w:spacing w:after="80"/>
            </w:pPr>
            <w:r>
              <w:t>[Name and permitted owner details]</w:t>
            </w:r>
          </w:p>
        </w:tc>
      </w:tr>
      <w:tr>
        <w:tc>
          <w:tcPr>
            <w:tcW w:type="dxa" w:w="5040"/>
          </w:tcPr>
          <w:p>
            <w:pPr>
              <w:spacing w:after="80"/>
            </w:pPr>
            <w:r>
              <w:t>Company role / scope</w:t>
            </w:r>
          </w:p>
        </w:tc>
        <w:tc>
          <w:tcPr>
            <w:tcW w:type="dxa" w:w="5040"/>
          </w:tcPr>
          <w:p>
            <w:pPr>
              <w:spacing w:after="80"/>
            </w:pPr>
            <w:r>
              <w:t>[Actual contractual role and work performed]</w:t>
            </w:r>
          </w:p>
        </w:tc>
      </w:tr>
      <w:tr>
        <w:tc>
          <w:tcPr>
            <w:tcW w:type="dxa" w:w="5040"/>
          </w:tcPr>
          <w:p>
            <w:pPr>
              <w:spacing w:after="80"/>
            </w:pPr>
            <w:r>
              <w:t>Delivery method / completion</w:t>
            </w:r>
          </w:p>
        </w:tc>
        <w:tc>
          <w:tcPr>
            <w:tcW w:type="dxa" w:w="5040"/>
          </w:tcPr>
          <w:p>
            <w:pPr>
              <w:spacing w:after="80"/>
            </w:pPr>
            <w:r>
              <w:t>[Method and verified completion date]</w:t>
            </w:r>
          </w:p>
        </w:tc>
      </w:tr>
      <w:tr>
        <w:tc>
          <w:tcPr>
            <w:tcW w:type="dxa" w:w="5040"/>
          </w:tcPr>
          <w:p>
            <w:pPr>
              <w:spacing w:after="80"/>
            </w:pPr>
            <w:r>
              <w:t>Relevance to this procurement</w:t>
            </w:r>
          </w:p>
        </w:tc>
        <w:tc>
          <w:tcPr>
            <w:tcW w:type="dxa" w:w="5040"/>
          </w:tcPr>
          <w:p>
            <w:pPr>
              <w:spacing w:after="80"/>
            </w:pPr>
            <w:r>
              <w:t>[Specific comparable scope or delivery condition]</w:t>
            </w:r>
          </w:p>
        </w:tc>
      </w:tr>
      <w:tr>
        <w:tc>
          <w:tcPr>
            <w:tcW w:type="dxa" w:w="5040"/>
          </w:tcPr>
          <w:p>
            <w:pPr>
              <w:spacing w:after="80"/>
            </w:pPr>
            <w:r>
              <w:t>Evidence / source record</w:t>
            </w:r>
          </w:p>
        </w:tc>
        <w:tc>
          <w:tcPr>
            <w:tcW w:type="dxa" w:w="5040"/>
          </w:tcPr>
          <w:p>
            <w:pPr>
              <w:spacing w:after="80"/>
            </w:pPr>
            <w:r>
              <w:t>[Record location and approving person]</w:t>
            </w:r>
          </w:p>
        </w:tc>
      </w:tr>
      <w:tr>
        <w:tc>
          <w:tcPr>
            <w:tcW w:type="dxa" w:w="5040"/>
          </w:tcPr>
          <w:p>
            <w:pPr>
              <w:spacing w:after="80"/>
            </w:pPr>
            <w:r>
              <w:t>Reference</w:t>
            </w:r>
          </w:p>
        </w:tc>
        <w:tc>
          <w:tcPr>
            <w:tcW w:type="dxa" w:w="5040"/>
          </w:tcPr>
          <w:p>
            <w:pPr>
              <w:spacing w:after="80"/>
            </w:pPr>
            <w:r>
              <w:t>[Authorized contact only if requested and approved]</w:t>
            </w:r>
          </w:p>
        </w:tc>
      </w:tr>
    </w:tbl>
    <w:p>
      <w:pPr>
        <w:pStyle w:val="Heading2"/>
      </w:pPr>
      <w:r>
        <w:t>Qualifications and supporting records</w:t>
      </w:r>
    </w:p>
    <w:p>
      <w:r>
        <w:t>[List only current, applicable and verified licenses, certifications, records and required attachments. Use the exact names from the underlying records. Confirm that company names agree across every form.]</w:t>
      </w:r>
    </w:p>
    <w:p>
      <w:r>
        <w:br w:type="page"/>
      </w:r>
    </w:p>
    <w:p>
      <w:pPr>
        <w:pStyle w:val="Heading1"/>
      </w:pPr>
      <w:r>
        <w:t>04 / Final release checklist</w:t>
      </w:r>
    </w:p>
    <w:p>
      <w:r>
        <w:t>Internal checklist. Review the completed exported files against the latest procurement documents before release. Mark each item complete or record why it does not apply.</w:t>
      </w:r>
    </w:p>
    <w:p>
      <w:r>
        <w:t>☐  All instructions and evaluation criteria have a response location.</w:t>
      </w:r>
    </w:p>
    <w:p>
      <w:r>
        <w:t>☐  Every amendment has been reviewed and required acknowledgments completed.</w:t>
      </w:r>
    </w:p>
    <w:p>
      <w:r>
        <w:t>☐  All bracketed fields, drafting prompts and internal notes have been removed.</w:t>
      </w:r>
    </w:p>
    <w:p>
      <w:r>
        <w:t>☐  Project details, figures, staff assignments and credentials match approved records.</w:t>
      </w:r>
    </w:p>
    <w:p>
      <w:r>
        <w:t>☐  Technical and commercial statements have the required company approvals.</w:t>
      </w:r>
    </w:p>
    <w:p>
      <w:r>
        <w:t>☐  Required forms, attachments and signatures are present and consistent.</w:t>
      </w:r>
    </w:p>
    <w:p>
      <w:r>
        <w:t>☐  Page counts, fonts, file names, formats and size limits meet the instructions.</w:t>
      </w:r>
    </w:p>
    <w:p>
      <w:r>
        <w:t>☐  The final files open correctly and include the intended attachments.</w:t>
      </w:r>
    </w:p>
    <w:p>
      <w:r>
        <w:t>☐  The submission route, deadline and time zone are confirmed.</w:t>
      </w:r>
    </w:p>
    <w:p>
      <w:r>
        <w:t>☐  The authorized submitter has the final approved files and sufficient upload time.</w:t>
      </w:r>
    </w:p>
    <w:p>
      <w:r>
        <w:t>☐  Submission confirmation is retained with the final released package.</w:t>
      </w:r>
    </w:p>
    <w:p>
      <w:pPr>
        <w:pStyle w:val="Heading2"/>
      </w:pPr>
      <w:r>
        <w:t>Release approval</w:t>
      </w:r>
    </w:p>
    <w:tbl>
      <w:tblPr>
        <w:tblStyle w:val="LightShading-Accent1"/>
        <w:tblW w:type="auto" w:w="0"/>
        <w:tblLook w:firstColumn="1" w:firstRow="1" w:lastColumn="0" w:lastRow="0" w:noHBand="0" w:noVBand="1" w:val="04A0"/>
      </w:tblPr>
      <w:tblGrid>
        <w:gridCol w:w="5040"/>
        <w:gridCol w:w="5040"/>
      </w:tblGrid>
      <w:tr>
        <w:tc>
          <w:tcPr>
            <w:tcW w:type="dxa" w:w="5040"/>
          </w:tcPr>
          <w:p>
            <w:pPr>
              <w:spacing w:after="80"/>
            </w:pPr>
            <w:r>
              <w:t>Check</w:t>
            </w:r>
          </w:p>
        </w:tc>
        <w:tc>
          <w:tcPr>
            <w:tcW w:type="dxa" w:w="5040"/>
          </w:tcPr>
          <w:p>
            <w:pPr>
              <w:spacing w:after="80"/>
            </w:pPr>
            <w:r>
              <w:t>Name / date</w:t>
            </w:r>
          </w:p>
        </w:tc>
      </w:tr>
      <w:tr>
        <w:tc>
          <w:tcPr>
            <w:tcW w:type="dxa" w:w="5040"/>
          </w:tcPr>
          <w:p>
            <w:pPr>
              <w:spacing w:after="80"/>
            </w:pPr>
            <w:r>
              <w:t>Technical review</w:t>
            </w:r>
          </w:p>
        </w:tc>
        <w:tc>
          <w:tcPr>
            <w:tcW w:type="dxa" w:w="5040"/>
          </w:tcPr>
          <w:p>
            <w:pPr>
              <w:spacing w:after="80"/>
            </w:pPr>
            <w:r>
              <w:t>[Reviewer and date]</w:t>
            </w:r>
          </w:p>
        </w:tc>
      </w:tr>
      <w:tr>
        <w:tc>
          <w:tcPr>
            <w:tcW w:type="dxa" w:w="5040"/>
          </w:tcPr>
          <w:p>
            <w:pPr>
              <w:spacing w:after="80"/>
            </w:pPr>
            <w:r>
              <w:t>Commercial review</w:t>
            </w:r>
          </w:p>
        </w:tc>
        <w:tc>
          <w:tcPr>
            <w:tcW w:type="dxa" w:w="5040"/>
          </w:tcPr>
          <w:p>
            <w:pPr>
              <w:spacing w:after="80"/>
            </w:pPr>
            <w:r>
              <w:t>[Reviewer and date]</w:t>
            </w:r>
          </w:p>
        </w:tc>
      </w:tr>
      <w:tr>
        <w:tc>
          <w:tcPr>
            <w:tcW w:type="dxa" w:w="5040"/>
          </w:tcPr>
          <w:p>
            <w:pPr>
              <w:spacing w:after="80"/>
            </w:pPr>
            <w:r>
              <w:t>Final approval</w:t>
            </w:r>
          </w:p>
        </w:tc>
        <w:tc>
          <w:tcPr>
            <w:tcW w:type="dxa" w:w="5040"/>
          </w:tcPr>
          <w:p>
            <w:pPr>
              <w:spacing w:after="80"/>
            </w:pPr>
            <w:r>
              <w:t>[Authorized approver and date]</w:t>
            </w:r>
          </w:p>
        </w:tc>
      </w:tr>
      <w:tr>
        <w:tc>
          <w:tcPr>
            <w:tcW w:type="dxa" w:w="5040"/>
          </w:tcPr>
          <w:p>
            <w:pPr>
              <w:spacing w:after="80"/>
            </w:pPr>
            <w:r>
              <w:t>Submission confirmation</w:t>
            </w:r>
          </w:p>
        </w:tc>
        <w:tc>
          <w:tcPr>
            <w:tcW w:type="dxa" w:w="5040"/>
          </w:tcPr>
          <w:p>
            <w:pPr>
              <w:spacing w:after="80"/>
            </w:pPr>
            <w:r>
              <w:t>[Submitter, time and receipt reference]</w:t>
            </w:r>
          </w:p>
        </w:tc>
      </w:tr>
    </w:tbl>
    <w:p>
      <w:r>
        <w:t>Bidmere prepares agreed content for your review. Your company approves, signs and submits. For scoped support: https://bidmere.com/get-quote/?service=bid_preparation</w:t>
      </w:r>
    </w:p>
    <w:sectPr w:rsidR="00FC693F" w:rsidRPr="0006063C" w:rsidSect="00034616">
      <w:headerReference w:type="default" r:id="rId9"/>
      <w:footerReference w:type="default" r:id="rId10"/>
      <w:pgSz w:w="12240" w:h="15840"/>
      <w:pgMar w:top="936"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bidmere.com  |  RFP response template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BIDMERE  /  CONSTRUCTION BID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24364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A1F44"/>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A1F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A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RFP response template</dc:title>
  <dc:subject>Editable proposal outline and review checklist</dc:subject>
  <dc:creator>Bidmere</dc:creator>
  <cp:keywords/>
  <dc:description>generated by python-docx</dc:description>
  <cp:lastModifiedBy/>
  <cp:revision>1</cp:revision>
  <dcterms:created xsi:type="dcterms:W3CDTF">2013-12-23T23:15:00Z</dcterms:created>
  <dcterms:modified xsi:type="dcterms:W3CDTF">2013-12-23T23:15:00Z</dcterms:modified>
  <cp:category/>
</cp:coreProperties>
</file>